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חוקרי השפה - כיתות ה׳-ו׳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נרדפות, רב-משמעיות וניבים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שורשים במילים ולהטות פעלים בזמן ובגוף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ולהביע דעה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יש לה כמה משמעויות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ביטוי קבוע שמשמעותו שונה מהמילים הבודדות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שאפשר לבדוק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מנחש מה יקרה בהמשך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תחושה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הוא ל.ב.ש, האותיות מ.ת. נוספו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ביטוי שמתאר אכזבה או כאב 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בהווה הפועל משתנה לפי מין ומספר, לא לפי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מילת פתיחה אופיינית למשפטי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ר.ג.ש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התאושש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בעלת משמעות 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(מילה עם כמה משמעויות)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(ביטוי קבוע שמשמעותו שונה מהמילים)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(שלוש אותיות שחוזרות במשפחת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(משפט שאפשר לבדוק אם הוא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ענק, עצום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השורש הוא ר.ג.ש, הסרנו את התוספות ה.מ...ים שנוספו בהתחלה ובסוף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עובדה: היום יורד גשם. דעה: לדעתי מזג האוויר הקר נעים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מביע עמדה ברורה (בעד/נגד) ומוסיף לפחות נימוק אחד הגיוני התומך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שהמילה אכן קרובה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שהעובדה ניתנת לבדיקה והדעה מבטאת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שהניב משמש נכון במשפט ושמובן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צבעי המרכזונים ולתרגל כל קבוצה 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וחנ״מ אפשר להשמיט את הפריטים המסומנים כקשים (skip_n) ולהתמקד בבסיס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בסבב קצר שבו כל תלמיד משתף דעה אחת עם נימוק, כהכנה למרכזון ההקשבה והדיבור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חוקרי השפה - כיתות ה׳-ו׳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דומות, שורשים של מילים, ועובדה מול דעה. התשובות קצרות וקלות.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בעלת משמעות דומה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רב-משמעית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יותר ממשמעות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הבודדות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רגש או עמדה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בדעה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שדומה במשמעות למילה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הפוכה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חדשה שהומצאה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משורש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מילה רב-משמעית?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כמה משמעויות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לכתוב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מורכבת משתי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ביטוי קבוע שמשמעותו שונה מהמילים הבודדות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׳אני אכתוב׳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הצירוף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ההגדרה של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שאפשר לבדוק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שמביע רגש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עושים כשמנבאים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מנחש מה יקרה בהמשך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שורשים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 דעה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׳שמח׳ ו-׳עליז׳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׳מתלבשים׳ אותיות השורש הן מ.ת.ל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׳שבור לב׳ מתאר מצב רגשי של עצב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הווה הפועל משתנה גם לפי גוף (אני, אתה, הוא)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׳לדעתי׳ מופיעה במשפט שמביע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נרדפת למילה ׳יפה׳ יכולה להיות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׳מתרגשים׳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׳קם על הרגליים׳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בכתיבת סיכום חשוב להבדיל בין העיקר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כשמביעים דעה חשוב להוסיף __________ שמסביר למה חושבים כך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מילה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שאפשר לבדוק אם הוא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מילה רב-משמעית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עם כמה משמעויות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קבוע שמשמעותו שונה מהמילים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 אותיות שחוזרות במשפחת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בעלת משמעות דומה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תרגול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נרדפות למילה ׳גדול׳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במילה ׳המתרגשים׳ והסבירו איך מצאתם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שהוא עובדה ומשפט אחד שהוא דעה על מזג האוויר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דעה קצרה: האם כדאי ללמוד שפה חדשה בבית הספר? הוסיפו לפחות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למילה ׳שמחה׳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 תנו דוגמה אחת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שיש בו ניב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חוקרי השפה - כיתות ה׳-ו׳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